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מנהיגות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"מנהיגות"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🧭 מנהיגות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יְכוֹלָה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🧭 מנהיגות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🧭 🚩 👣  משפט השבוע: גַּם אֲנִי יְכוֹלָה, גַּם אֲנִי יָכוֹל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עוֹזְרִים  |  יְכוֹלָה  |  מִשְׁפָּחָה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"גַּם אֲנִי יְכוֹלָה, גַּם אֲנִי יָכוֹל"?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🙌 התנדבות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🧭 מנהיגות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לעזור לילד או ילדה חדשים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להציע רעיון למשחק בהפסקה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גַּם אֲנִי ________, גַּם אֲנִי יָכוֹל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מתי הייתם ראשונים לעזור או להציע רעיון?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להציע רעיון למשחק בהפסקה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מנהיגות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