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מנהיגות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ערך השבוע "מנהיגות"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כל השכבות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קוראים יחד את המילון. התרגומים במילון – לוודא עם דוברי השפה.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משפטים קצרים. מותר להיעזר בבנק המילים ובמילון.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מנהיג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leader / лидер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to lead / вести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group / группа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example / пример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מנהיג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משפט שלם עם פועל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🧭 מנהיגות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קוראים: מנהיג הולך ראשון ועוזר לכולם. מנהיגה טובה מקשיבה לכולם.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/ תרגום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מנהיג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leader · лидер · መሪ · قائد · chef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להוביל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lead · вести · መምራት · يقود · guider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קבוצה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group · группа · ቡድን · مجموعة · groupe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דוגמה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example · пример · ምሳሌ · مثال · exemple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מנהיג  |  להוביל  |  קבוצה  |  דוגמה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מילים חדשות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בחרו את המילה העברית שפירושה: leader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קבוצה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מנהיג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להוביל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מתאימים מילה לתרגום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את האות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מנהיג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leader / лидер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להוביל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to lead / вести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קבוצה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group / группа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דוגמה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example / пример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משלימים 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________ הולך ראשון ועוזר לכולם. מנהיגה טובה מקשיבה לכולם.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כותבים 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כתבו משפט קצר עם המילה "מנהיג".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מתי הייתם ראשונים לעזור או להציע רעיון?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אני והערך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השלימו: השבוע אני רוצה ________ (בחרו: להציע רעיון למשחק בהפסקה / לעזור לילד או ילדה חדשים)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שלמדתי: 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אני מרגיש או מרגישה?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מנהיגות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