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התנדבות</w:t>
      </w:r>
    </w:p>
    <w:p>
      <w:pPr>
        <w:bidi/>
        <w:jc w:val="right"/>
      </w:pPr>
      <w:r>
        <w:rPr>
          <w:rFonts w:ascii="Arial" w:hAnsi="Arial" w:cs="Arial"/>
          <w:sz w:val="24"/>
          <w:rtl/>
          <w:szCs w:val="24"/>
        </w:rPr>
        <w:t>• 🎯 מטרה: לתרגל את ערך השבוע "התנדבות"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ד – לתת מזמננו ומכוחנו לאחרים מרצון, בלי לצפות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 – האנשים הקרובים שדואגים לנו ושאנחנו דואגים להם, בכל צורה ובכל גודל</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ג – לפתור ויכוחים במילים, בהקשבה ובחיפוש פתרון שטוב לכולם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לבחור במילים שבונות, מעודדות ומחממות את הלב, בדיבור ובכתב</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הידיים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11</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התנדבות – דף תרגול</w:t>
      </w:r>
    </w:p>
    <w:p>
      <w:pPr>
        <w:bidi/>
        <w:jc w:val="right"/>
      </w:pPr>
      <w:r>
        <w:rPr>
          <w:rFonts w:ascii="Arial" w:hAnsi="Arial" w:cs="Arial"/>
          <w:color w:val="555577"/>
          <w:sz w:val="24"/>
          <w:rtl/>
          <w:szCs w:val="24"/>
        </w:rPr>
        <w:t>ערך השבוע: התנדבות – לתת מזמננו ומכוחנו לאחרים מרצון, בלי לצפות לתמורה.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בכיתה הציעו לבקר בבית אבות פעם בחודש. חלק מהתלמידים התלהבו, וחלק אמרו שזה מביך ולא יודעים על מה לדבר. אחרי הביקור הראשון התברר שהדיירים פשוט רצו לשמוע על החיים שלהם ולשחק שש-בש. מה עוזר לנו לעבור את המבוכה הראשונה?</w:t>
      </w:r>
    </w:p>
    <w:p>
      <w:pPr>
        <w:bidi/>
        <w:jc w:val="right"/>
      </w:pPr>
      <w:r>
        <w:rPr>
          <w:rFonts w:ascii="Arial" w:hAnsi="Arial" w:cs="Arial"/>
          <w:sz w:val="24"/>
          <w:rtl/>
          <w:szCs w:val="24"/>
        </w:rPr>
        <w:t>1. מה עוצר אותנו לפעמים מלהתנדב?</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איזו בעיה בשכונה או בבית הספר הייתם רוצים לפתור בהתנדבות?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האם התנדבות בשביל תגמול היא עדיין התנדבות?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"התנדבות"?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לצעוק כדי שישמעו רק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לוותר מיד כשקשה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למצוא מקום התנדבות שמעניין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לעזור לתלמיד צעיר בשיעורי בית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להקדיש שעה אחת לעזרה לאחרים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התנדבות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לבחור במילים שבונות, מעודדות ומחממות את הלב, בדיבור ובכתב</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משפחה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האנשים הקרובים שדואגים לנו ושאנחנו דואגים להם, בכל צורה ובכל גודל</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שלום ופתרון מחלוקות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לפתור ויכוחים במילים, בהקשבה ובחיפוש פתרון שטוב לכולם</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מילים טובות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לתת מזמננו ומכוחנו לאחרים מרצון, בלי לצפות לתמורה</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שלנו קטנות, אבל ביחד הן עושות דברים גדולים"</w:t>
      </w:r>
    </w:p>
    <w:p>
      <w:pPr>
        <w:bidi/>
        <w:jc w:val="right"/>
      </w:pPr>
      <w:r>
        <w:rPr>
          <w:rFonts w:ascii="Arial" w:hAnsi="Arial" w:cs="Arial"/>
          <w:sz w:val="24"/>
          <w:rtl/>
          <w:szCs w:val="24"/>
        </w:rPr>
        <w:t>2. 🧩 חידה: לפני שלוש שנים הגיל של אדל היה חצי מהגיל שיהיה לה בעוד חמש שנים. בת כמה אדל היום?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למצוא מקום התנדבות שמעניין אותי · להקדיש שעה אחת לעזרה לאחרים · לעזור לתלמיד צעיר בשיעורי בית</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על לתת מעצמי?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במה עזרתם השבוע בלי שביקשו מכם?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התנדבות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