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התנדבות</w:t>
      </w:r>
    </w:p>
    <w:p>
      <w:pPr>
        <w:bidi/>
        <w:jc w:val="right"/>
      </w:pPr>
      <w:r>
        <w:rPr>
          <w:rFonts w:ascii="Arial" w:hAnsi="Arial" w:cs="Arial"/>
          <w:sz w:val="24"/>
          <w:rtl/>
          <w:szCs w:val="24"/>
        </w:rPr>
        <w:t>• 🎯 מטרה: לתרגל את ערך השבוע "התנדבות"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לתת מזמננו ומכוחנו לאחרים מרצון,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לפתור ויכוחים במילים, בהקשבה ובחיפוש פתרון שטוב לכולם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לבחור במילים שבונות, מעודדות ומחממות את הלב, בדיבור ובכתב</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הידיים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מגבת</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התנדבות – דף תרגול</w:t>
      </w:r>
    </w:p>
    <w:p>
      <w:pPr>
        <w:bidi/>
        <w:jc w:val="right"/>
      </w:pPr>
      <w:r>
        <w:rPr>
          <w:rFonts w:ascii="Arial" w:hAnsi="Arial" w:cs="Arial"/>
          <w:color w:val="555577"/>
          <w:sz w:val="24"/>
          <w:rtl/>
          <w:szCs w:val="24"/>
        </w:rPr>
        <w:t>ערך השבוע: התנדבות – לתת מזמננו ומכוחנו לאחרים מרצון, בלי לצפות לתמורה.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דניאל רצה להתנדב, אבל חשב שהוא קטן מדי. אמא שלו הציעה לקרוא סיפורים לילדים בגן שליד הבית. כבר בפעם הראשונה ילדה קטנה חיבקה אותו ושאלה מתי הוא בא שוב. איזו התנדבות מתאימה לגיל שלכם?</w:t>
      </w:r>
    </w:p>
    <w:p>
      <w:pPr>
        <w:bidi/>
        <w:jc w:val="right"/>
      </w:pPr>
      <w:r>
        <w:rPr>
          <w:rFonts w:ascii="Arial" w:hAnsi="Arial" w:cs="Arial"/>
          <w:sz w:val="24"/>
          <w:rtl/>
          <w:szCs w:val="24"/>
        </w:rPr>
        <w:t>1. איזו התנדבות קטנה אפשר לעשות כבר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למה אנשים מתנדבים גם כשלא משלמים להם?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"התנדבות"?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לעזור בבית בלי שיבקשו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לעזור לחבר או חברה בכיתה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לאסוף צעצוע שלא משחקים בו ולתרום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לפתור ויכוחים במילים, בהקשבה ובחיפוש פתרון שטוב לכולם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מזמננו ומכוחנו לאחרים מרצון, בלי לצפות לתמורה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לבחור במילים שבונות, מעודדות ומחממות את הלב, בדיבור ובכתב</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מילים טובות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האנשים הקרובים שדואגים לנו ושאנחנו דואגים להם, בכל צורה ובכל גודל</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שלנו קטנות, אבל ביחד הן עושות דברים גדולים"</w:t>
      </w:r>
    </w:p>
    <w:p>
      <w:pPr>
        <w:bidi/>
        <w:jc w:val="right"/>
      </w:pPr>
      <w:r>
        <w:rPr>
          <w:rFonts w:ascii="Arial" w:hAnsi="Arial" w:cs="Arial"/>
          <w:sz w:val="24"/>
          <w:rtl/>
          <w:szCs w:val="24"/>
        </w:rPr>
        <w:t>2. 🧩 חידה: מה נעשה רטוב יותר ככל שהוא מייבש?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לעזור בבית בלי שיבקשו · לאסוף צעצוע שלא משחקים בו ולתרום · לעזור לחבר או חברה בכיתה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לתת מעצמי?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במה עזרתם השבוע בלי שביקשו מכם?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התנדבות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